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מפה חברתית – חוסן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מפה חברתית (סוציוגרמה) ולמה היא חשובה לשייכות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האתיקה והחיסיון בעריכת מפה חברתית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דפוסי קשר בסוציוגרמה ולהציע פעולות לחיזוק שייכות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לזהות קשרים ולחזק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עם מי היית רוצה לעבוד בקבוצה?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ההשתתפות רשות, תלמיד יכול להשאיר שאלה 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הגדרת הכוכב במפה החברתית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סוציוגרמה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(תלמיד שהרבה חברים בחרו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(שני תלמידים שבחרו זה בזה)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(אף חץ לא מגיע אליו)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בעריכת מפה חברתית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שאלה חיובית אחת או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מסבירים לכיתה שההשתתפות רשות והתשובות חסויות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ממלאים את הדף בשקט ואוספים אותו 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– הושבה, הזמנה למשחק, תפקיד בקבוצה וכדומה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נוכחות לתחושת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שריבוי קשרים מחזק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הצעת פעולה קטנה וקונקרטית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להזכיר את כללי החיסיון כדי שהתלמידים יבינו שהמפה האמיתית נשארת סודית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רק בדוגמאות בדויות ולא בשמות אמיתיים מהכיתה בזמן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בשיחה קצרה על פעולה אחת שכל תלמיד בוחר ליישם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מפה חברתית – חוסן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מפה חברתית היא כלי שעוזר למחנכת להבין את מערכת הקשרים בכיתה, לזהות תלמידים בודדים ולתכנן פעולות שיחזקו שייכות. בדף הזה נתרגל את המושגים, הכללים והדרך לקרוא מפה כזו.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לעבוד  ·  סוציוגרמה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מפה חברתית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לדרג תלמידים לפי פופולריות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לזהות קשרים ולחזק 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לבחור את התלמיד הכי טוב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שאלה מתאימה לעריכת מפה 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עם מי היית רוצה לעבוד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עם מי לא היית רוצה לשבת?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הכי פופולרי בכיתה?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ההשתתפות במפה חברתית היא חובה ואי אפשר להשאיר שאלה בלי 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'כוכב' הוא תלמיד שהרבה חברים בכיתה בחרו 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מפה חברתית נקראת גם במילה המקצועית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שאלה חיובית לדוגמה היא: 'עם מי היית רוצה __________ בקבוצה?'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⭐ כוכב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שני תלמידים שבחרו זה בזה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🤝 זוג הדדי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אף חץ לא מגיע אליו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🌱 תלמיד שלא נבחר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תלמיד שהרבה חברים בחרו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בעריכת מפה חברתית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ממלאים את הדף בשקט ואוספים אותו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שאלה חיובית אחת או שתיים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מסבירים לכיתה שההשתתפות רשות והתשובות חסויות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פעולה קטנה אחת שהכיתה יכולה לעשות השבוע כדי שאף אחד לא יישאר בחוץ.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להיות בכיתה לבין להרגיש שייך/ת אליה?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שלכל תלמיד יהיה יותר מאיש קשר אחד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מפה חברתית – חוסן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