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מפה חברתית (סוציוגרמה) ולמה היא חשובה לשייכות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האתיקה והחיסיון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קשר בסוציוגרמה ולהציע פעולות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לזהות קשרים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מי היית רוצה לעבוד בקבוצה?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מחליפים בקודים ושומרים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לפרסם או לדרג תלמידים לפי מספר הבחירות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ההשתתפות רשות, תלמיד יכול להשאיר שאלה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לשלב אותה עם תצפית ושיחה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לרוב הוא כן בחר באחרים, פשוט לא קיבל בחירה חוזרת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 הכוכב במפה החברתית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סוציוגרמה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זוג הדדי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שהרבה חברים בחרו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(שני תלמידים שבחרו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(כמה תלמידים שבוחרים רק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(אף חץ לא מגיע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(בחירה שלא קיבלה תשובה חוזרת)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בעריכת מפה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מתאמים עם היועצת ובוחרים את מטרת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שאלה חיובית אחת או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לכיתה שההשתתפות רשות והתשובות חסויות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ממלאים את הדף בשקט ואוספים אותו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שמות בקודים ומשרטטים את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הושבה, הזמנה למשחק, תפקיד בקבוצה וכדומה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להיות בכיתה זה נוכחות פיזית; שייכות היא תחושה של קבלה וחיבור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נוכחות לתחושת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שריבוי קשרים מחזק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הצעת פעולה קטנה וקונקרטית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להזכיר את כללי החיסיון כדי שהתלמידים יבינו שהמפה האמיתית נשארת 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רק בדוגמאות בדויות ולא בשמות אמיתיים מהכיתה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פעולה אחת שכל תלמיד בוחר ליישם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מפה חברתית –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מפה חברתית עוזרת למורה להבין מי חבר של מי בכיתה, ולעזור לתלמידים שלבד. בדף נלמד על זה במילים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חברתית (סוציוגרמה)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הקשרים בכיתה, מי בחר במי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שאני חלק מהכיתה ורצוי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שום אחד לא רואה את התשובות חוץ מהמחנכת והיועצת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שמחליף שם כדי לשמור על חיסיון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שהרבה חברים בחרו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הדדי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תלמידים שבחרו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תלמידים שבוחרים רק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חד-כיווני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שלא קיבלה תשובה חוזרת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עושים מפה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לדרג תלמידים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קשרים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התלמיד הכי טוב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להעניש תלמידים שלא נבחרו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חיובית אפשר לשאול?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מי היית רוצה לעבוד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 לא היית רוצה לשבת?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פופולרי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לא אהוב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למורה להבין את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לשמות אחרי שאוספים את הדפים?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מפרסמים אותם בלוח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בקודים ושומרים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אותם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משאירים אותם גלויים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עם התוצאות?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את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הושבה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או לדרג תלמידים לפי מספר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לחזור על המפה אחרי כמה חודשים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ההשתתפות במפה חברתית היא חובה ואי אפשר להשאיר שאלה בלי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חברתית מתארת תמונת מצב של רגע אחד ולא מדבקת 'תווית' קבועה על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שלא נבחר על ידי אף אחד בהכרח לא בחר באף אחד בעצמו.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'כוכב' הוא תלמיד שהרבה חברים בכיתה בחרו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מפה חברתית נקראת גם במילה המקצועית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חיובית לדוגמה היא: 'עם מי היית רוצה __________ בקבוצה?'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שני תלמידים שבחרו זה בזה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על חיסיון, מחליפים את השמות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חץ לא מגיע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🤝 זוג הדדי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כמה תלמידים שבוחרים רק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🔺 קבוצה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 שהרבה חברים בחרו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🌱 תלמיד שלא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שלא קיבלה תשובה חוזרת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➡️ קשר חד-כיווני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שני תלמידים שבחרו זה בזה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בעריכת מפה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הדף בשקט ואוספים אותו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לכיתה שההשתתפות רשות והתשובות חסויות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מתאמים עם היועצת ובוחרים את מטרת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שמות בקודים ומשרטטים את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שאלה חיובית אחת או שתיים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פעולה קטנה אחת שהכיתה יכולה לעשות השבוע כדי שאף אחד לא יישאר בחוץ.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בכמה משפטים מה ההבדל בין 'להיות בכיתה' לבין 'להרגיש שייך/ת לכיתה'.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להיות בכיתה לבין להרגיש שייך/ת אליה?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תלמיד יהיה יותר מאיש קשר אחד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יכולים לעשות השבוע כדי לחזק שייכות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מפה חברתית –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